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C81" w:rsidRDefault="00D82427" w:rsidP="00637035">
      <w:pPr>
        <w:spacing w:after="0" w:line="240" w:lineRule="auto"/>
        <w:jc w:val="center"/>
        <w:rPr>
          <w:b/>
          <w:color w:val="1B365D"/>
          <w:sz w:val="30"/>
          <w:lang w:val="fr-CA"/>
        </w:rPr>
      </w:pPr>
      <w:r>
        <w:rPr>
          <w:b/>
          <w:color w:val="1B365D"/>
          <w:sz w:val="30"/>
          <w:lang w:val="fr-CA"/>
        </w:rPr>
        <w:t>Demande d’amélioration des soins de santé</w:t>
      </w:r>
    </w:p>
    <w:p w:rsidR="006318F5" w:rsidRPr="00D82427" w:rsidRDefault="00D82427" w:rsidP="00637035">
      <w:pPr>
        <w:spacing w:after="0" w:line="240" w:lineRule="auto"/>
        <w:jc w:val="center"/>
        <w:rPr>
          <w:b/>
          <w:color w:val="1B365D"/>
          <w:sz w:val="30"/>
          <w:lang w:val="fr-CA"/>
        </w:rPr>
      </w:pPr>
      <w:bookmarkStart w:id="0" w:name="_GoBack"/>
      <w:bookmarkEnd w:id="0"/>
      <w:r>
        <w:rPr>
          <w:b/>
          <w:color w:val="1B365D"/>
          <w:sz w:val="30"/>
          <w:lang w:val="fr-CA"/>
        </w:rPr>
        <w:t xml:space="preserve"> </w:t>
      </w:r>
      <w:proofErr w:type="gramStart"/>
      <w:r w:rsidR="005C038E">
        <w:rPr>
          <w:b/>
          <w:color w:val="1B365D"/>
          <w:sz w:val="30"/>
          <w:lang w:val="fr-CA"/>
        </w:rPr>
        <w:t>à</w:t>
      </w:r>
      <w:proofErr w:type="gramEnd"/>
      <w:r>
        <w:rPr>
          <w:b/>
          <w:color w:val="1B365D"/>
          <w:sz w:val="30"/>
          <w:lang w:val="fr-CA"/>
        </w:rPr>
        <w:t xml:space="preserve"> </w:t>
      </w:r>
      <w:r w:rsidR="00637035">
        <w:rPr>
          <w:b/>
          <w:color w:val="1B365D"/>
          <w:sz w:val="30"/>
          <w:lang w:val="fr-CA"/>
        </w:rPr>
        <w:t xml:space="preserve">l’Hôpital </w:t>
      </w:r>
      <w:r w:rsidR="005C038E">
        <w:rPr>
          <w:b/>
          <w:color w:val="1B365D"/>
          <w:sz w:val="30"/>
          <w:lang w:val="fr-CA"/>
        </w:rPr>
        <w:t xml:space="preserve">régional </w:t>
      </w:r>
      <w:r w:rsidR="00637035">
        <w:rPr>
          <w:b/>
          <w:color w:val="1B365D"/>
          <w:sz w:val="30"/>
          <w:lang w:val="fr-CA"/>
        </w:rPr>
        <w:t xml:space="preserve">Chaleur </w:t>
      </w:r>
      <w:r w:rsidR="005C038E">
        <w:rPr>
          <w:b/>
          <w:color w:val="1B365D"/>
          <w:sz w:val="30"/>
          <w:lang w:val="fr-CA"/>
        </w:rPr>
        <w:t xml:space="preserve">de </w:t>
      </w:r>
      <w:r>
        <w:rPr>
          <w:b/>
          <w:color w:val="1B365D"/>
          <w:sz w:val="30"/>
          <w:lang w:val="fr-CA"/>
        </w:rPr>
        <w:t>Bathurst.</w:t>
      </w:r>
    </w:p>
    <w:p w:rsidR="00C228AA" w:rsidRPr="004464F9" w:rsidRDefault="00E24342">
      <w:pPr>
        <w:spacing w:before="240" w:after="120"/>
        <w:rPr>
          <w:lang w:val="fr-CA"/>
        </w:rPr>
      </w:pPr>
      <w:r w:rsidRPr="004464F9">
        <w:rPr>
          <w:b/>
          <w:color w:val="1B365D"/>
          <w:sz w:val="26"/>
          <w:lang w:val="fr-CA"/>
        </w:rPr>
        <w:t>1. L'origine de cette initiative : la mission d'Aurélie Turbide</w:t>
      </w:r>
    </w:p>
    <w:p w:rsidR="00C228AA" w:rsidRPr="004464F9" w:rsidRDefault="00E24342">
      <w:pPr>
        <w:spacing w:after="240"/>
        <w:rPr>
          <w:lang w:val="fr-CA"/>
        </w:rPr>
      </w:pPr>
      <w:r w:rsidRPr="004464F9">
        <w:rPr>
          <w:lang w:val="fr-CA"/>
        </w:rPr>
        <w:t>Suite à une mauvaise expérience personnelle profondément marquante au sein du système hospitalier, Aurélie Turbide s'est donné une mission claire et essentielle : faire des plaintes officielles auprès du gouvernement et des instances décisionnelles pour que les services aux patients soient améliorés à l'Hôpital Chaleur de Bathurst. Ce combat pour la dignité, la sécurité et la qualité des soins ne peut pas être mené seule. Pour faire une réelle différence auprès des aînés et des personnes vulnérables, cette démarche doit impérativement devenir collective.</w:t>
      </w:r>
    </w:p>
    <w:p w:rsidR="00C228AA" w:rsidRPr="004464F9" w:rsidRDefault="00E24342">
      <w:pPr>
        <w:spacing w:before="240" w:after="120"/>
        <w:rPr>
          <w:lang w:val="fr-CA"/>
        </w:rPr>
      </w:pPr>
      <w:r w:rsidRPr="004464F9">
        <w:rPr>
          <w:b/>
          <w:color w:val="1B365D"/>
          <w:sz w:val="26"/>
          <w:lang w:val="fr-CA"/>
        </w:rPr>
        <w:t>2. Historique des démarches et constat face aux autorités</w:t>
      </w:r>
    </w:p>
    <w:p w:rsidR="00C228AA" w:rsidRPr="004464F9" w:rsidRDefault="00E24342">
      <w:pPr>
        <w:spacing w:after="160"/>
        <w:rPr>
          <w:lang w:val="fr-CA"/>
        </w:rPr>
      </w:pPr>
      <w:r w:rsidRPr="004464F9">
        <w:rPr>
          <w:lang w:val="fr-CA"/>
        </w:rPr>
        <w:t xml:space="preserve">Tel que mentionné lors de la réunion de l’Université du troisième âge (UTACH) le 22 septembre 2026, des démarches cruciales ont été entreprises </w:t>
      </w:r>
      <w:r w:rsidR="004464F9" w:rsidRPr="00825D8E">
        <w:rPr>
          <w:color w:val="auto"/>
          <w:lang w:val="fr-CA"/>
        </w:rPr>
        <w:t xml:space="preserve">par Madame Turbide </w:t>
      </w:r>
      <w:r w:rsidRPr="004464F9">
        <w:rPr>
          <w:lang w:val="fr-CA"/>
        </w:rPr>
        <w:t>auprès de deux instances clés afin d'exiger des enquêtes sur la qualité des soins hospitaliers :</w:t>
      </w:r>
    </w:p>
    <w:p w:rsidR="00C228AA" w:rsidRPr="004464F9" w:rsidRDefault="00E24342">
      <w:pPr>
        <w:pStyle w:val="ListBullet"/>
        <w:spacing w:after="80"/>
        <w:rPr>
          <w:lang w:val="fr-CA"/>
        </w:rPr>
      </w:pPr>
      <w:r w:rsidRPr="004464F9">
        <w:rPr>
          <w:b/>
          <w:lang w:val="fr-CA"/>
        </w:rPr>
        <w:t xml:space="preserve">Rencontre avec M. René </w:t>
      </w:r>
      <w:proofErr w:type="spellStart"/>
      <w:r w:rsidRPr="004464F9">
        <w:rPr>
          <w:b/>
          <w:lang w:val="fr-CA"/>
        </w:rPr>
        <w:t>Legacy</w:t>
      </w:r>
      <w:proofErr w:type="spellEnd"/>
      <w:r w:rsidRPr="004464F9">
        <w:rPr>
          <w:b/>
          <w:lang w:val="fr-CA"/>
        </w:rPr>
        <w:t xml:space="preserve"> (Député de Bathurst et </w:t>
      </w:r>
      <w:r w:rsidR="00915404">
        <w:rPr>
          <w:b/>
          <w:lang w:val="fr-CA"/>
        </w:rPr>
        <w:t>Vice-premier ministre</w:t>
      </w:r>
      <w:r w:rsidRPr="004464F9">
        <w:rPr>
          <w:b/>
          <w:lang w:val="fr-CA"/>
        </w:rPr>
        <w:t xml:space="preserve">) : </w:t>
      </w:r>
      <w:r w:rsidRPr="004464F9">
        <w:rPr>
          <w:lang w:val="fr-CA"/>
        </w:rPr>
        <w:t>Une demande d'investigation indépendante sur le niveau des soins à l'Hôpital Chaleur lui a été présentée. Il a indiqué qu'il n'y a actuellement pas assez de plaintes écrites officielles pour justifier et déclencher une telle investigation.</w:t>
      </w:r>
    </w:p>
    <w:p w:rsidR="00C228AA" w:rsidRPr="004464F9" w:rsidRDefault="00E24342">
      <w:pPr>
        <w:pStyle w:val="ListBullet"/>
        <w:spacing w:after="240"/>
        <w:rPr>
          <w:lang w:val="fr-CA"/>
        </w:rPr>
      </w:pPr>
      <w:r w:rsidRPr="004464F9">
        <w:rPr>
          <w:b/>
          <w:lang w:val="fr-CA"/>
        </w:rPr>
        <w:t xml:space="preserve">Communication avec M. Kelly </w:t>
      </w:r>
      <w:proofErr w:type="spellStart"/>
      <w:r w:rsidRPr="004464F9">
        <w:rPr>
          <w:b/>
          <w:lang w:val="fr-CA"/>
        </w:rPr>
        <w:t>Lamrock</w:t>
      </w:r>
      <w:proofErr w:type="spellEnd"/>
      <w:r w:rsidRPr="004464F9">
        <w:rPr>
          <w:b/>
          <w:lang w:val="fr-CA"/>
        </w:rPr>
        <w:t xml:space="preserve"> (Défenseur des aînés et des enfants) : </w:t>
      </w:r>
      <w:r w:rsidRPr="004464F9">
        <w:rPr>
          <w:lang w:val="fr-CA"/>
        </w:rPr>
        <w:t>Il a répondu qu'une investigation générale sur l'ensemble des soins hospitaliers est un sujet beaucoup trop large pour son équipe. Pour intervenir légalement, il exige des cas spécifiques et documentés par écrit.</w:t>
      </w:r>
    </w:p>
    <w:p w:rsidR="00C228AA" w:rsidRPr="004464F9" w:rsidRDefault="00E24342">
      <w:pPr>
        <w:spacing w:before="240" w:after="120"/>
        <w:rPr>
          <w:lang w:val="fr-CA"/>
        </w:rPr>
      </w:pPr>
      <w:r w:rsidRPr="004464F9">
        <w:rPr>
          <w:b/>
          <w:color w:val="1B365D"/>
          <w:sz w:val="26"/>
          <w:lang w:val="fr-CA"/>
        </w:rPr>
        <w:t>3. Le plan d'action : briser le silence par des plaintes écrites</w:t>
      </w:r>
    </w:p>
    <w:p w:rsidR="00C228AA" w:rsidRPr="004464F9" w:rsidRDefault="00E24342">
      <w:pPr>
        <w:spacing w:after="240"/>
        <w:rPr>
          <w:lang w:val="fr-CA"/>
        </w:rPr>
      </w:pPr>
      <w:r w:rsidRPr="004464F9">
        <w:rPr>
          <w:lang w:val="fr-CA"/>
        </w:rPr>
        <w:t>Le constat est clair : sans traces écrites, les manquements restent invisibles aux yeux du système de santé. Il est donc d'une importance capitale d'envoyer des plaintes écrites si nous voulons faire une différence et forcer l'amélioration des soins pour les aînés et les personnes vulnérables admis à l'hôpital. Si vous ou une de vos connaissances n'avez pas été satisfaits des soins à l'Hôpital Chaleur, votre témoignage écrit est l'unique clé.</w:t>
      </w:r>
    </w:p>
    <w:p w:rsidR="00C228AA" w:rsidRPr="004464F9" w:rsidRDefault="00E24342">
      <w:pPr>
        <w:spacing w:before="240" w:after="120"/>
        <w:rPr>
          <w:lang w:val="fr-CA"/>
        </w:rPr>
      </w:pPr>
      <w:r w:rsidRPr="004464F9">
        <w:rPr>
          <w:b/>
          <w:color w:val="1B365D"/>
          <w:sz w:val="26"/>
          <w:lang w:val="fr-CA"/>
        </w:rPr>
        <w:t>4. Procédure d'envoi et répertoire des destinataires</w:t>
      </w:r>
    </w:p>
    <w:p w:rsidR="00C228AA" w:rsidRPr="004464F9" w:rsidRDefault="00E24342">
      <w:pPr>
        <w:spacing w:after="120"/>
        <w:rPr>
          <w:lang w:val="fr-CA"/>
        </w:rPr>
      </w:pPr>
      <w:r w:rsidRPr="004464F9">
        <w:rPr>
          <w:lang w:val="fr-CA"/>
        </w:rPr>
        <w:t>Toute plainte écrite doit impérativement être envoyée en premier lieu à l'adresse principale suivante :</w:t>
      </w:r>
    </w:p>
    <w:p w:rsidR="00C228AA" w:rsidRPr="004464F9" w:rsidRDefault="00E24342">
      <w:pPr>
        <w:spacing w:after="240"/>
        <w:ind w:left="360"/>
        <w:rPr>
          <w:lang w:val="fr-CA"/>
        </w:rPr>
      </w:pPr>
      <w:r w:rsidRPr="004464F9">
        <w:rPr>
          <w:b/>
          <w:lang w:val="fr-CA"/>
        </w:rPr>
        <w:t xml:space="preserve">Département des plaintes - Réseau de santé Vitalité </w:t>
      </w:r>
      <w:proofErr w:type="gramStart"/>
      <w:r w:rsidRPr="004464F9">
        <w:rPr>
          <w:b/>
          <w:lang w:val="fr-CA"/>
        </w:rPr>
        <w:t>:</w:t>
      </w:r>
      <w:proofErr w:type="gramEnd"/>
      <w:r w:rsidRPr="004464F9">
        <w:rPr>
          <w:b/>
          <w:lang w:val="fr-CA"/>
        </w:rPr>
        <w:br/>
      </w:r>
      <w:r w:rsidRPr="004464F9">
        <w:rPr>
          <w:b/>
          <w:color w:val="D9381E"/>
          <w:lang w:val="fr-CA"/>
        </w:rPr>
        <w:t>qualite.quality@vitalitenb.ca</w:t>
      </w:r>
    </w:p>
    <w:p w:rsidR="00915404" w:rsidRDefault="00915404">
      <w:pPr>
        <w:spacing w:after="160"/>
        <w:rPr>
          <w:lang w:val="fr-CA"/>
        </w:rPr>
      </w:pPr>
    </w:p>
    <w:p w:rsidR="00915404" w:rsidRDefault="00915404">
      <w:pPr>
        <w:spacing w:after="160"/>
        <w:rPr>
          <w:lang w:val="fr-CA"/>
        </w:rPr>
      </w:pPr>
    </w:p>
    <w:p w:rsidR="00915404" w:rsidRDefault="00915404">
      <w:pPr>
        <w:spacing w:after="160"/>
        <w:rPr>
          <w:lang w:val="fr-CA"/>
        </w:rPr>
      </w:pPr>
    </w:p>
    <w:p w:rsidR="00C228AA" w:rsidRPr="004464F9" w:rsidRDefault="00E24342">
      <w:pPr>
        <w:spacing w:after="160"/>
        <w:rPr>
          <w:lang w:val="fr-CA"/>
        </w:rPr>
      </w:pPr>
      <w:r w:rsidRPr="004464F9">
        <w:rPr>
          <w:lang w:val="fr-CA"/>
        </w:rPr>
        <w:lastRenderedPageBreak/>
        <w:t>Pour maximiser le poids politique et administratif de votre démarche, vous devez obligatoirement envoyer une copie conforme (CC) à chacun des intervenants ci-dessous :</w:t>
      </w:r>
    </w:p>
    <w:tbl>
      <w:tblPr>
        <w:tblW w:w="0" w:type="auto"/>
        <w:tblLook w:val="04A0" w:firstRow="1" w:lastRow="0" w:firstColumn="1" w:lastColumn="0" w:noHBand="0" w:noVBand="1"/>
      </w:tblPr>
      <w:tblGrid>
        <w:gridCol w:w="2826"/>
        <w:gridCol w:w="2849"/>
        <w:gridCol w:w="3901"/>
      </w:tblGrid>
      <w:tr w:rsidR="00C228AA">
        <w:tc>
          <w:tcPr>
            <w:tcW w:w="3120" w:type="dxa"/>
          </w:tcPr>
          <w:p w:rsidR="00C228AA" w:rsidRDefault="00E24342">
            <w:r>
              <w:rPr>
                <w:b/>
              </w:rPr>
              <w:t>Nom</w:t>
            </w:r>
          </w:p>
        </w:tc>
        <w:tc>
          <w:tcPr>
            <w:tcW w:w="3120" w:type="dxa"/>
          </w:tcPr>
          <w:p w:rsidR="00C228AA" w:rsidRDefault="00E24342">
            <w:proofErr w:type="spellStart"/>
            <w:r>
              <w:rPr>
                <w:b/>
              </w:rPr>
              <w:t>Fonction</w:t>
            </w:r>
            <w:proofErr w:type="spellEnd"/>
          </w:p>
        </w:tc>
        <w:tc>
          <w:tcPr>
            <w:tcW w:w="3120" w:type="dxa"/>
          </w:tcPr>
          <w:p w:rsidR="00C228AA" w:rsidRDefault="00E24342">
            <w:proofErr w:type="spellStart"/>
            <w:r>
              <w:rPr>
                <w:b/>
              </w:rPr>
              <w:t>Adresse</w:t>
            </w:r>
            <w:proofErr w:type="spellEnd"/>
            <w:r>
              <w:rPr>
                <w:b/>
              </w:rPr>
              <w:t xml:space="preserve"> </w:t>
            </w:r>
            <w:proofErr w:type="spellStart"/>
            <w:r>
              <w:rPr>
                <w:b/>
              </w:rPr>
              <w:t>Courriel</w:t>
            </w:r>
            <w:proofErr w:type="spellEnd"/>
            <w:r>
              <w:rPr>
                <w:b/>
              </w:rPr>
              <w:t xml:space="preserve"> (CC)</w:t>
            </w:r>
          </w:p>
        </w:tc>
      </w:tr>
      <w:tr w:rsidR="00C228AA">
        <w:tc>
          <w:tcPr>
            <w:tcW w:w="3120" w:type="dxa"/>
          </w:tcPr>
          <w:p w:rsidR="00C228AA" w:rsidRDefault="00E24342">
            <w:r>
              <w:t>René Legacy</w:t>
            </w:r>
          </w:p>
        </w:tc>
        <w:tc>
          <w:tcPr>
            <w:tcW w:w="3120" w:type="dxa"/>
          </w:tcPr>
          <w:p w:rsidR="00C228AA" w:rsidRDefault="00E24342">
            <w:proofErr w:type="spellStart"/>
            <w:r>
              <w:t>Député</w:t>
            </w:r>
            <w:proofErr w:type="spellEnd"/>
            <w:r>
              <w:t xml:space="preserve"> de Bathurst</w:t>
            </w:r>
          </w:p>
        </w:tc>
        <w:tc>
          <w:tcPr>
            <w:tcW w:w="3120" w:type="dxa"/>
          </w:tcPr>
          <w:p w:rsidR="00C228AA" w:rsidRDefault="007553C3">
            <w:r>
              <w:t>r</w:t>
            </w:r>
            <w:r w:rsidR="00E24342">
              <w:t>ene.legacy@gnb.ca</w:t>
            </w:r>
          </w:p>
        </w:tc>
      </w:tr>
      <w:tr w:rsidR="00C228AA" w:rsidRPr="00375C81">
        <w:tc>
          <w:tcPr>
            <w:tcW w:w="3120" w:type="dxa"/>
          </w:tcPr>
          <w:p w:rsidR="00C228AA" w:rsidRDefault="00E24342">
            <w:r>
              <w:t xml:space="preserve">France </w:t>
            </w:r>
            <w:proofErr w:type="spellStart"/>
            <w:r>
              <w:t>Desrosiers</w:t>
            </w:r>
            <w:proofErr w:type="spellEnd"/>
          </w:p>
        </w:tc>
        <w:tc>
          <w:tcPr>
            <w:tcW w:w="3120" w:type="dxa"/>
          </w:tcPr>
          <w:p w:rsidR="00C228AA" w:rsidRPr="004464F9" w:rsidRDefault="00E24342">
            <w:pPr>
              <w:rPr>
                <w:lang w:val="fr-CA"/>
              </w:rPr>
            </w:pPr>
            <w:r w:rsidRPr="004464F9">
              <w:rPr>
                <w:lang w:val="fr-CA"/>
              </w:rPr>
              <w:t>Directrice de la régie de santé Vitalité</w:t>
            </w:r>
          </w:p>
        </w:tc>
        <w:tc>
          <w:tcPr>
            <w:tcW w:w="3120" w:type="dxa"/>
          </w:tcPr>
          <w:p w:rsidR="00C228AA" w:rsidRPr="004464F9" w:rsidRDefault="00E24342">
            <w:pPr>
              <w:rPr>
                <w:lang w:val="fr-CA"/>
              </w:rPr>
            </w:pPr>
            <w:r w:rsidRPr="004464F9">
              <w:rPr>
                <w:lang w:val="fr-CA"/>
              </w:rPr>
              <w:t>dr.france.desrosiers@vitalitenb.ca</w:t>
            </w:r>
          </w:p>
        </w:tc>
      </w:tr>
      <w:tr w:rsidR="00C228AA">
        <w:tc>
          <w:tcPr>
            <w:tcW w:w="3120" w:type="dxa"/>
          </w:tcPr>
          <w:p w:rsidR="00C228AA" w:rsidRDefault="00E24342">
            <w:r>
              <w:t xml:space="preserve">Marcel </w:t>
            </w:r>
            <w:proofErr w:type="spellStart"/>
            <w:r>
              <w:t>Larocque</w:t>
            </w:r>
            <w:proofErr w:type="spellEnd"/>
          </w:p>
        </w:tc>
        <w:tc>
          <w:tcPr>
            <w:tcW w:w="3120" w:type="dxa"/>
          </w:tcPr>
          <w:p w:rsidR="00C228AA" w:rsidRPr="004464F9" w:rsidRDefault="00E24342" w:rsidP="007553C3">
            <w:pPr>
              <w:rPr>
                <w:lang w:val="fr-CA"/>
              </w:rPr>
            </w:pPr>
            <w:r w:rsidRPr="004464F9">
              <w:rPr>
                <w:lang w:val="fr-CA"/>
              </w:rPr>
              <w:t>Directeur général de l'AFANB</w:t>
            </w:r>
          </w:p>
        </w:tc>
        <w:tc>
          <w:tcPr>
            <w:tcW w:w="3120" w:type="dxa"/>
          </w:tcPr>
          <w:p w:rsidR="00C228AA" w:rsidRDefault="00E24342">
            <w:r>
              <w:t>m2larocque@gmail.com</w:t>
            </w:r>
          </w:p>
        </w:tc>
      </w:tr>
      <w:tr w:rsidR="00C228AA">
        <w:tc>
          <w:tcPr>
            <w:tcW w:w="3120" w:type="dxa"/>
          </w:tcPr>
          <w:p w:rsidR="00C228AA" w:rsidRDefault="00E24342" w:rsidP="007553C3">
            <w:r>
              <w:t xml:space="preserve">Norma </w:t>
            </w:r>
            <w:proofErr w:type="spellStart"/>
            <w:r>
              <w:t>Dubé</w:t>
            </w:r>
            <w:proofErr w:type="spellEnd"/>
          </w:p>
        </w:tc>
        <w:tc>
          <w:tcPr>
            <w:tcW w:w="3120" w:type="dxa"/>
          </w:tcPr>
          <w:p w:rsidR="00C228AA" w:rsidRDefault="00E24342">
            <w:proofErr w:type="spellStart"/>
            <w:r>
              <w:t>Présidente</w:t>
            </w:r>
            <w:proofErr w:type="spellEnd"/>
            <w:r>
              <w:t xml:space="preserve"> de </w:t>
            </w:r>
            <w:proofErr w:type="spellStart"/>
            <w:r>
              <w:t>l'AFANB</w:t>
            </w:r>
            <w:proofErr w:type="spellEnd"/>
          </w:p>
        </w:tc>
        <w:tc>
          <w:tcPr>
            <w:tcW w:w="3120" w:type="dxa"/>
          </w:tcPr>
          <w:p w:rsidR="00C228AA" w:rsidRDefault="007553C3" w:rsidP="007553C3">
            <w:r>
              <w:t>n</w:t>
            </w:r>
            <w:r w:rsidR="00E24342">
              <w:t>orma.</w:t>
            </w:r>
            <w:r>
              <w:t>d</w:t>
            </w:r>
            <w:r w:rsidR="00E24342">
              <w:t>ube17@gmail.com</w:t>
            </w:r>
          </w:p>
        </w:tc>
      </w:tr>
      <w:tr w:rsidR="00C228AA">
        <w:tc>
          <w:tcPr>
            <w:tcW w:w="3120" w:type="dxa"/>
          </w:tcPr>
          <w:p w:rsidR="00C228AA" w:rsidRDefault="00354774">
            <w:r>
              <w:t>J</w:t>
            </w:r>
            <w:r w:rsidR="00E24342">
              <w:t>ohn Dornan</w:t>
            </w:r>
          </w:p>
        </w:tc>
        <w:tc>
          <w:tcPr>
            <w:tcW w:w="3120" w:type="dxa"/>
          </w:tcPr>
          <w:p w:rsidR="00C228AA" w:rsidRDefault="00E24342">
            <w:proofErr w:type="spellStart"/>
            <w:r>
              <w:t>Ministre</w:t>
            </w:r>
            <w:proofErr w:type="spellEnd"/>
            <w:r>
              <w:t xml:space="preserve"> de la Santé</w:t>
            </w:r>
          </w:p>
        </w:tc>
        <w:tc>
          <w:tcPr>
            <w:tcW w:w="3120" w:type="dxa"/>
          </w:tcPr>
          <w:p w:rsidR="00C228AA" w:rsidRDefault="00E24342">
            <w:r>
              <w:t>john.dornan@gnb.ca</w:t>
            </w:r>
          </w:p>
        </w:tc>
      </w:tr>
      <w:tr w:rsidR="00C228AA" w:rsidRPr="007553C3">
        <w:tc>
          <w:tcPr>
            <w:tcW w:w="3120" w:type="dxa"/>
          </w:tcPr>
          <w:p w:rsidR="00C228AA" w:rsidRDefault="00E24342">
            <w:proofErr w:type="spellStart"/>
            <w:r>
              <w:t>Lyne</w:t>
            </w:r>
            <w:proofErr w:type="spellEnd"/>
            <w:r>
              <w:t xml:space="preserve"> Chantal Boudreau</w:t>
            </w:r>
          </w:p>
        </w:tc>
        <w:tc>
          <w:tcPr>
            <w:tcW w:w="3120" w:type="dxa"/>
          </w:tcPr>
          <w:p w:rsidR="00C228AA" w:rsidRDefault="00E24342">
            <w:proofErr w:type="spellStart"/>
            <w:r>
              <w:t>Ministre</w:t>
            </w:r>
            <w:proofErr w:type="spellEnd"/>
            <w:r>
              <w:t xml:space="preserve"> </w:t>
            </w:r>
            <w:proofErr w:type="spellStart"/>
            <w:r w:rsidR="00354774">
              <w:t>responsable</w:t>
            </w:r>
            <w:proofErr w:type="spellEnd"/>
            <w:r w:rsidR="00354774">
              <w:t xml:space="preserve"> </w:t>
            </w:r>
            <w:r>
              <w:t xml:space="preserve">des </w:t>
            </w:r>
            <w:proofErr w:type="spellStart"/>
            <w:r>
              <w:t>Aînés</w:t>
            </w:r>
            <w:proofErr w:type="spellEnd"/>
          </w:p>
        </w:tc>
        <w:tc>
          <w:tcPr>
            <w:tcW w:w="3120" w:type="dxa"/>
          </w:tcPr>
          <w:p w:rsidR="00C228AA" w:rsidRPr="007553C3" w:rsidRDefault="007553C3" w:rsidP="007553C3">
            <w:pPr>
              <w:rPr>
                <w:lang w:val="fr-CA"/>
              </w:rPr>
            </w:pPr>
            <w:r>
              <w:rPr>
                <w:lang w:val="fr-CA"/>
              </w:rPr>
              <w:t>l</w:t>
            </w:r>
            <w:r w:rsidR="00E24342" w:rsidRPr="007553C3">
              <w:rPr>
                <w:lang w:val="fr-CA"/>
              </w:rPr>
              <w:t>ynechantalboudreau</w:t>
            </w:r>
            <w:r w:rsidRPr="007553C3">
              <w:rPr>
                <w:lang w:val="fr-CA"/>
              </w:rPr>
              <w:t>.</w:t>
            </w:r>
            <w:r>
              <w:rPr>
                <w:lang w:val="fr-CA"/>
              </w:rPr>
              <w:t>office</w:t>
            </w:r>
            <w:r w:rsidR="00E24342" w:rsidRPr="007553C3">
              <w:rPr>
                <w:lang w:val="fr-CA"/>
              </w:rPr>
              <w:t>@</w:t>
            </w:r>
            <w:r>
              <w:rPr>
                <w:lang w:val="fr-CA"/>
              </w:rPr>
              <w:t>le</w:t>
            </w:r>
            <w:r w:rsidR="00E24342" w:rsidRPr="007553C3">
              <w:rPr>
                <w:lang w:val="fr-CA"/>
              </w:rPr>
              <w:t>gnb.ca</w:t>
            </w:r>
          </w:p>
        </w:tc>
      </w:tr>
      <w:tr w:rsidR="00C228AA" w:rsidRPr="00375C81">
        <w:tc>
          <w:tcPr>
            <w:tcW w:w="3120" w:type="dxa"/>
          </w:tcPr>
          <w:p w:rsidR="00C228AA" w:rsidRPr="007553C3" w:rsidRDefault="00E24342">
            <w:pPr>
              <w:rPr>
                <w:lang w:val="fr-CA"/>
              </w:rPr>
            </w:pPr>
            <w:r w:rsidRPr="007553C3">
              <w:rPr>
                <w:lang w:val="fr-CA"/>
              </w:rPr>
              <w:t xml:space="preserve">Kelly </w:t>
            </w:r>
            <w:proofErr w:type="spellStart"/>
            <w:r w:rsidRPr="007553C3">
              <w:rPr>
                <w:lang w:val="fr-CA"/>
              </w:rPr>
              <w:t>Lamrock</w:t>
            </w:r>
            <w:proofErr w:type="spellEnd"/>
          </w:p>
        </w:tc>
        <w:tc>
          <w:tcPr>
            <w:tcW w:w="3120" w:type="dxa"/>
          </w:tcPr>
          <w:p w:rsidR="00C228AA" w:rsidRPr="007553C3" w:rsidRDefault="00E24342">
            <w:pPr>
              <w:rPr>
                <w:lang w:val="fr-CA"/>
              </w:rPr>
            </w:pPr>
            <w:r w:rsidRPr="007553C3">
              <w:rPr>
                <w:lang w:val="fr-CA"/>
              </w:rPr>
              <w:t>Défenseur des Aînés</w:t>
            </w:r>
          </w:p>
        </w:tc>
        <w:tc>
          <w:tcPr>
            <w:tcW w:w="3120" w:type="dxa"/>
          </w:tcPr>
          <w:p w:rsidR="00C228AA" w:rsidRPr="007553C3" w:rsidRDefault="00E24342">
            <w:pPr>
              <w:rPr>
                <w:lang w:val="fr-CA"/>
              </w:rPr>
            </w:pPr>
            <w:r w:rsidRPr="007553C3">
              <w:rPr>
                <w:lang w:val="fr-CA"/>
              </w:rPr>
              <w:t>Kelly.A.Lamrock@gnb.ca</w:t>
            </w:r>
          </w:p>
        </w:tc>
      </w:tr>
    </w:tbl>
    <w:p w:rsidR="00C228AA" w:rsidRPr="004464F9" w:rsidRDefault="00E24342">
      <w:pPr>
        <w:spacing w:before="280" w:after="80"/>
        <w:rPr>
          <w:lang w:val="fr-CA"/>
        </w:rPr>
      </w:pPr>
      <w:r w:rsidRPr="004464F9">
        <w:rPr>
          <w:b/>
          <w:lang w:val="fr-CA"/>
        </w:rPr>
        <w:t>Soutien et aide à la rédaction :</w:t>
      </w:r>
    </w:p>
    <w:p w:rsidR="00C228AA" w:rsidRPr="004464F9" w:rsidRDefault="00E24342">
      <w:pPr>
        <w:spacing w:after="240"/>
        <w:ind w:left="360"/>
        <w:rPr>
          <w:lang w:val="fr-CA"/>
        </w:rPr>
      </w:pPr>
      <w:r w:rsidRPr="004464F9">
        <w:rPr>
          <w:lang w:val="fr-CA"/>
        </w:rPr>
        <w:t>Si quelqu’un a besoin d’aide pour rédiger une plainte écrite, Aurélie Turbide offre son aide bénévole.</w:t>
      </w:r>
      <w:r w:rsidRPr="004464F9">
        <w:rPr>
          <w:lang w:val="fr-CA"/>
        </w:rPr>
        <w:br/>
      </w:r>
      <w:r w:rsidRPr="004464F9">
        <w:rPr>
          <w:b/>
          <w:lang w:val="fr-CA"/>
        </w:rPr>
        <w:t xml:space="preserve">Téléphone : </w:t>
      </w:r>
      <w:r w:rsidRPr="004464F9">
        <w:rPr>
          <w:lang w:val="fr-CA"/>
        </w:rPr>
        <w:t>506-547-5302</w:t>
      </w:r>
      <w:r w:rsidRPr="004464F9">
        <w:rPr>
          <w:b/>
          <w:lang w:val="fr-CA"/>
        </w:rPr>
        <w:t xml:space="preserve">  |  Courriel : </w:t>
      </w:r>
      <w:r w:rsidRPr="004464F9">
        <w:rPr>
          <w:lang w:val="fr-CA"/>
        </w:rPr>
        <w:t>aurelie.turbide@gmail.com</w:t>
      </w:r>
    </w:p>
    <w:p w:rsidR="00C228AA" w:rsidRPr="004464F9" w:rsidRDefault="00E24342">
      <w:pPr>
        <w:rPr>
          <w:lang w:val="fr-CA"/>
        </w:rPr>
      </w:pPr>
      <w:r w:rsidRPr="004464F9">
        <w:rPr>
          <w:lang w:val="fr-CA"/>
        </w:rPr>
        <w:br w:type="page"/>
      </w:r>
    </w:p>
    <w:p w:rsidR="00C228AA" w:rsidRPr="004464F9" w:rsidRDefault="00E24342">
      <w:pPr>
        <w:spacing w:after="240"/>
        <w:rPr>
          <w:lang w:val="fr-CA"/>
        </w:rPr>
      </w:pPr>
      <w:r w:rsidRPr="004464F9">
        <w:rPr>
          <w:b/>
          <w:color w:val="1B365D"/>
          <w:sz w:val="28"/>
          <w:lang w:val="fr-CA"/>
        </w:rPr>
        <w:lastRenderedPageBreak/>
        <w:t>MODÈLE DE LETTRE DE PLAINTE TYPE</w:t>
      </w:r>
    </w:p>
    <w:p w:rsidR="00C228AA" w:rsidRPr="004464F9" w:rsidRDefault="00E24342">
      <w:pPr>
        <w:spacing w:after="240"/>
        <w:rPr>
          <w:lang w:val="fr-CA"/>
        </w:rPr>
      </w:pPr>
      <w:r w:rsidRPr="004464F9">
        <w:rPr>
          <w:lang w:val="fr-CA"/>
        </w:rPr>
        <w:t>À : qualite.quality@vitalitenb.ca</w:t>
      </w:r>
      <w:r w:rsidRPr="004464F9">
        <w:rPr>
          <w:lang w:val="fr-CA"/>
        </w:rPr>
        <w:br/>
        <w:t>CC : Rene.legacy@gnb.ca; dr.france.desrosiers@vitalitenb.ca; m2larocque@gmail.com; Norma.Dube17@gmail.com; john.dornan@gnb.ca; lynechantal.boudreau</w:t>
      </w:r>
      <w:r w:rsidR="007553C3">
        <w:rPr>
          <w:lang w:val="fr-CA"/>
        </w:rPr>
        <w:t>.office</w:t>
      </w:r>
      <w:r w:rsidRPr="004464F9">
        <w:rPr>
          <w:lang w:val="fr-CA"/>
        </w:rPr>
        <w:t>@</w:t>
      </w:r>
      <w:r w:rsidR="007553C3">
        <w:rPr>
          <w:lang w:val="fr-CA"/>
        </w:rPr>
        <w:t>le</w:t>
      </w:r>
      <w:r w:rsidRPr="004464F9">
        <w:rPr>
          <w:lang w:val="fr-CA"/>
        </w:rPr>
        <w:t>gnb.ca; Kelly.A.Lamrock@gnb.ca</w:t>
      </w:r>
      <w:r w:rsidRPr="004464F9">
        <w:rPr>
          <w:lang w:val="fr-CA"/>
        </w:rPr>
        <w:br/>
      </w:r>
      <w:r w:rsidRPr="004464F9">
        <w:rPr>
          <w:lang w:val="fr-CA"/>
        </w:rPr>
        <w:br/>
      </w:r>
      <w:r w:rsidRPr="004464F9">
        <w:rPr>
          <w:b/>
          <w:lang w:val="fr-CA"/>
        </w:rPr>
        <w:t>Objet : Plainte officielle concernant la qualité des soins reçus à l'Hôpital Chaleur</w:t>
      </w:r>
      <w:r w:rsidRPr="004464F9">
        <w:rPr>
          <w:b/>
          <w:lang w:val="fr-CA"/>
        </w:rPr>
        <w:br/>
      </w:r>
      <w:r w:rsidRPr="004464F9">
        <w:rPr>
          <w:b/>
          <w:lang w:val="fr-CA"/>
        </w:rPr>
        <w:br/>
      </w:r>
      <w:r w:rsidRPr="004464F9">
        <w:rPr>
          <w:lang w:val="fr-CA"/>
        </w:rPr>
        <w:t>Madame, Monsieur du département de la qualité,</w:t>
      </w:r>
      <w:r w:rsidRPr="004464F9">
        <w:rPr>
          <w:lang w:val="fr-CA"/>
        </w:rPr>
        <w:br/>
        <w:t>Mesdames et Messieurs les ministres et intervenants,</w:t>
      </w:r>
      <w:r w:rsidRPr="004464F9">
        <w:rPr>
          <w:lang w:val="fr-CA"/>
        </w:rPr>
        <w:br/>
      </w:r>
      <w:r w:rsidRPr="004464F9">
        <w:rPr>
          <w:lang w:val="fr-CA"/>
        </w:rPr>
        <w:br/>
        <w:t>Par la présente, je désire porter officiellement plainte concernant la situation inacceptable survenue à l'Hôpital Chaleur de Bathurst.</w:t>
      </w:r>
      <w:r w:rsidRPr="004464F9">
        <w:rPr>
          <w:lang w:val="fr-CA"/>
        </w:rPr>
        <w:br/>
      </w:r>
      <w:r w:rsidRPr="004464F9">
        <w:rPr>
          <w:lang w:val="fr-CA"/>
        </w:rPr>
        <w:br/>
        <w:t>Les faits se sont déroulés le [Date de l'événement] au sein du département de [Nom du département, ex: Urgences, Étage]. Le patient concerné est [Votre nom complet, ou le nom de votre proche vulnérable].</w:t>
      </w:r>
      <w:r w:rsidRPr="004464F9">
        <w:rPr>
          <w:lang w:val="fr-CA"/>
        </w:rPr>
        <w:br/>
      </w:r>
      <w:r w:rsidRPr="004464F9">
        <w:rPr>
          <w:lang w:val="fr-CA"/>
        </w:rPr>
        <w:br/>
        <w:t xml:space="preserve">Voici la description factuelle des événements constatés </w:t>
      </w:r>
      <w:proofErr w:type="gramStart"/>
      <w:r w:rsidRPr="004464F9">
        <w:rPr>
          <w:lang w:val="fr-CA"/>
        </w:rPr>
        <w:t>:</w:t>
      </w:r>
      <w:proofErr w:type="gramEnd"/>
      <w:r w:rsidRPr="004464F9">
        <w:rPr>
          <w:lang w:val="fr-CA"/>
        </w:rPr>
        <w:br/>
        <w:t>[Décrivez ici précisément la situation : manque de surveillance, délais d'attente dangereux, problèmes d'hygiène, manque de dignité ou de respect, propos inappropriés, etc. Soyez le plus précis possible sur les faits].</w:t>
      </w:r>
      <w:r w:rsidRPr="004464F9">
        <w:rPr>
          <w:lang w:val="fr-CA"/>
        </w:rPr>
        <w:br/>
      </w:r>
      <w:r w:rsidRPr="004464F9">
        <w:rPr>
          <w:lang w:val="fr-CA"/>
        </w:rPr>
        <w:br/>
        <w:t>En tant que citoyen(ne) et membre de la communauté, je considère que ces manquements contreviennent aux standards de soins de base que sont en droit de recevoir les aînés et les personnes vulnérables de notre région.</w:t>
      </w:r>
      <w:r w:rsidRPr="004464F9">
        <w:rPr>
          <w:lang w:val="fr-CA"/>
        </w:rPr>
        <w:br/>
      </w:r>
      <w:r w:rsidRPr="004464F9">
        <w:rPr>
          <w:lang w:val="fr-CA"/>
        </w:rPr>
        <w:br/>
        <w:t>Je demande à ce qu'une analyse rigoureuse de cet incident soit effectuée par le Réseau de santé Vitalité et que des mesures correctives soient prises.</w:t>
      </w:r>
      <w:r w:rsidRPr="004464F9">
        <w:rPr>
          <w:lang w:val="fr-CA"/>
        </w:rPr>
        <w:br/>
      </w:r>
      <w:r w:rsidRPr="004464F9">
        <w:rPr>
          <w:lang w:val="fr-CA"/>
        </w:rPr>
        <w:br/>
        <w:t>Veuillez agréer, Mesdames, Messieurs, l'expression de mes salutations distinguées.</w:t>
      </w:r>
      <w:r w:rsidRPr="004464F9">
        <w:rPr>
          <w:lang w:val="fr-CA"/>
        </w:rPr>
        <w:br/>
      </w:r>
      <w:r w:rsidRPr="004464F9">
        <w:rPr>
          <w:lang w:val="fr-CA"/>
        </w:rPr>
        <w:br/>
        <w:t>Signature : _________________________</w:t>
      </w:r>
      <w:r w:rsidRPr="004464F9">
        <w:rPr>
          <w:lang w:val="fr-CA"/>
        </w:rPr>
        <w:br/>
        <w:t>Nom complet : [Votre Nom</w:t>
      </w:r>
      <w:proofErr w:type="gramStart"/>
      <w:r w:rsidRPr="004464F9">
        <w:rPr>
          <w:lang w:val="fr-CA"/>
        </w:rPr>
        <w:t>]</w:t>
      </w:r>
      <w:proofErr w:type="gramEnd"/>
      <w:r w:rsidRPr="004464F9">
        <w:rPr>
          <w:lang w:val="fr-CA"/>
        </w:rPr>
        <w:br/>
        <w:t>Adresse postale : [Votre Adresse]</w:t>
      </w:r>
      <w:r w:rsidRPr="004464F9">
        <w:rPr>
          <w:lang w:val="fr-CA"/>
        </w:rPr>
        <w:br/>
        <w:t>Numéro de téléphone : [Votre Téléphone]</w:t>
      </w:r>
    </w:p>
    <w:sectPr w:rsidR="00C228AA" w:rsidRPr="004464F9"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54774"/>
    <w:rsid w:val="00375C81"/>
    <w:rsid w:val="00424ABC"/>
    <w:rsid w:val="004464F9"/>
    <w:rsid w:val="005C038E"/>
    <w:rsid w:val="006318F5"/>
    <w:rsid w:val="00637035"/>
    <w:rsid w:val="007553C3"/>
    <w:rsid w:val="00825D8E"/>
    <w:rsid w:val="00915404"/>
    <w:rsid w:val="00AA1D8D"/>
    <w:rsid w:val="00B47730"/>
    <w:rsid w:val="00C228AA"/>
    <w:rsid w:val="00CB0664"/>
    <w:rsid w:val="00D82427"/>
    <w:rsid w:val="00E2434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E354D-E7DA-487F-B71B-7428EB82C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757</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Patrice</cp:lastModifiedBy>
  <cp:revision>7</cp:revision>
  <dcterms:created xsi:type="dcterms:W3CDTF">2026-10-03T01:05:00Z</dcterms:created>
  <dcterms:modified xsi:type="dcterms:W3CDTF">2026-10-03T12:53:00Z</dcterms:modified>
</cp:coreProperties>
</file>